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4232" w14:textId="77777777" w:rsidR="00CE36A2" w:rsidRDefault="007F3E63">
      <w:pPr>
        <w:pStyle w:val="Heading1"/>
      </w:pPr>
      <w:r>
        <w:t>GENESEE COMMUNITY COLLEGE</w:t>
      </w:r>
      <w:r>
        <w:br/>
        <w:t>VETERINARY TECHNOLOGY PROGRAM</w:t>
      </w:r>
    </w:p>
    <w:p w14:paraId="7696221F" w14:textId="77777777" w:rsidR="00CE36A2" w:rsidRDefault="007F3E63">
      <w:pPr>
        <w:pStyle w:val="Heading2"/>
      </w:pPr>
      <w:r>
        <w:t>Veterinary Technician Experience Verification &amp; Recommendation Form</w:t>
      </w:r>
    </w:p>
    <w:p w14:paraId="78A7F4AC" w14:textId="77777777" w:rsidR="00CE36A2" w:rsidRDefault="007F3E63">
      <w:r>
        <w:rPr>
          <w:b/>
        </w:rPr>
        <w:t xml:space="preserve">Applicant: </w:t>
      </w:r>
      <w:r>
        <w:t xml:space="preserve">Please print your name and sign the waiver below before providing this form to the credentialed veterinary </w:t>
      </w:r>
      <w:r>
        <w:t>technician who supervised your experience.</w:t>
      </w:r>
    </w:p>
    <w:p w14:paraId="5E627387" w14:textId="77777777" w:rsidR="00CE36A2" w:rsidRDefault="007F3E63">
      <w:r>
        <w:t>Applicant Name: ______________________________________________</w:t>
      </w:r>
    </w:p>
    <w:p w14:paraId="01F6E46E" w14:textId="77777777" w:rsidR="00CE36A2" w:rsidRDefault="007F3E63">
      <w:r>
        <w:t>WAIVER: Pursuant to the Family Educational Rights and Privacy Act (FERPA), I, the undersigned, □ DO waive / □ DO NOT waive my right to inspect and rev</w:t>
      </w:r>
      <w:r>
        <w:t>iew this recommendation.</w:t>
      </w:r>
    </w:p>
    <w:p w14:paraId="77A5F007" w14:textId="77777777" w:rsidR="00CE36A2" w:rsidRDefault="007F3E63">
      <w:r>
        <w:t>Applicant Signature: __________________________________  Date: _____________</w:t>
      </w:r>
    </w:p>
    <w:p w14:paraId="33F632DC" w14:textId="77777777" w:rsidR="00CE36A2" w:rsidRDefault="007F3E63">
      <w:r>
        <w:t>Supervisor: The above-named individual is seeking admission to GCC’s Veterinary Technology Program. Applicants are required to complete a minimum of 25 ho</w:t>
      </w:r>
      <w:r>
        <w:t>urs working directly with or under the supervision of a credentialed veterinary technician (LVT, CVT, or RVT). Please verify the applicant’s experience and complete this form. Your evaluation assists us in assessing the applicant’s understanding of the vet</w:t>
      </w:r>
      <w:r>
        <w:t>erinary profession.</w:t>
      </w:r>
    </w:p>
    <w:p w14:paraId="0709E523" w14:textId="77777777" w:rsidR="00CE36A2" w:rsidRDefault="007F3E63">
      <w:pPr>
        <w:pStyle w:val="Heading3"/>
      </w:pPr>
      <w:r>
        <w:t>Recommendation</w:t>
      </w:r>
    </w:p>
    <w:p w14:paraId="21A82092" w14:textId="77777777" w:rsidR="00CE36A2" w:rsidRDefault="007F3E63">
      <w:r>
        <w:t>□ Highly Recommended for the Veterinary Technology Program</w:t>
      </w:r>
    </w:p>
    <w:p w14:paraId="49F64500" w14:textId="77777777" w:rsidR="00CE36A2" w:rsidRDefault="007F3E63">
      <w:r>
        <w:t>□ Recommended for the Veterinary Technology Program</w:t>
      </w:r>
    </w:p>
    <w:p w14:paraId="07C1E12D" w14:textId="77777777" w:rsidR="00CE36A2" w:rsidRDefault="007F3E63">
      <w:r>
        <w:t>□ Not Recommended for the Veterinary Technology Program</w:t>
      </w:r>
    </w:p>
    <w:p w14:paraId="33E83C76" w14:textId="77777777" w:rsidR="00CE36A2" w:rsidRDefault="007F3E63">
      <w:pPr>
        <w:pStyle w:val="Heading3"/>
      </w:pPr>
      <w:r>
        <w:t>Experience Verification</w:t>
      </w:r>
    </w:p>
    <w:p w14:paraId="6F644EC9" w14:textId="77777777" w:rsidR="00CE36A2" w:rsidRDefault="007F3E63">
      <w:r>
        <w:t>Applicant's relationship to yo</w:t>
      </w:r>
      <w:r>
        <w:t>ur facility:  □ Volunteer   □ Employee   □ Intern/Student</w:t>
      </w:r>
    </w:p>
    <w:p w14:paraId="762F5FA4" w14:textId="77777777" w:rsidR="00CE36A2" w:rsidRDefault="007F3E63">
      <w:r>
        <w:t>Total number of hours completed under the supervision of a credentialed veterinary technician: __________</w:t>
      </w:r>
    </w:p>
    <w:p w14:paraId="127502B4" w14:textId="77777777" w:rsidR="00CE36A2" w:rsidRDefault="007F3E63">
      <w:r>
        <w:t>Dates of Experience: ______________________________________________</w:t>
      </w:r>
    </w:p>
    <w:p w14:paraId="2DF56B10" w14:textId="77777777" w:rsidR="00CE36A2" w:rsidRDefault="007F3E63">
      <w:pPr>
        <w:pStyle w:val="Heading3"/>
      </w:pPr>
      <w:r>
        <w:t>Please estimate the numb</w:t>
      </w:r>
      <w:r>
        <w:t>er of hours spent in the following activities:</w:t>
      </w:r>
    </w:p>
    <w:p w14:paraId="3B191D14" w14:textId="77777777" w:rsidR="00CE36A2" w:rsidRDefault="007F3E63">
      <w:r>
        <w:t>• Observation of veterinary technician duties (laboratory procedures, radiology, anesthesia, nursing care, surgical assisting): __________________ hours</w:t>
      </w:r>
    </w:p>
    <w:p w14:paraId="4D7D610E" w14:textId="77777777" w:rsidR="00CE36A2" w:rsidRDefault="007F3E63">
      <w:r>
        <w:t>• Participation in patient restraint and handling: _____</w:t>
      </w:r>
      <w:r>
        <w:t>_____________ hours</w:t>
      </w:r>
    </w:p>
    <w:p w14:paraId="5E01394A" w14:textId="77777777" w:rsidR="00CE36A2" w:rsidRDefault="007F3E63">
      <w:r>
        <w:t>• Animal nursing care and husbandry: __________________ hours</w:t>
      </w:r>
    </w:p>
    <w:p w14:paraId="6FFFB89A" w14:textId="77777777" w:rsidR="00CE36A2" w:rsidRDefault="007F3E63">
      <w:r>
        <w:t>• Client communication and education: __________________ hours</w:t>
      </w:r>
    </w:p>
    <w:p w14:paraId="4059DB4A" w14:textId="77777777" w:rsidR="00CE36A2" w:rsidRDefault="007F3E63">
      <w:r>
        <w:lastRenderedPageBreak/>
        <w:t>• Medical record keeping and administrative duties: __________________ hours</w:t>
      </w:r>
    </w:p>
    <w:p w14:paraId="523E7CB9" w14:textId="77777777" w:rsidR="00CE36A2" w:rsidRDefault="007F3E63">
      <w:r>
        <w:t>• Cleaning, disinfection, and prep</w:t>
      </w:r>
      <w:r>
        <w:t>aration of treatment/surgical areas: __________________ hours</w:t>
      </w:r>
    </w:p>
    <w:p w14:paraId="4243B30D" w14:textId="77777777" w:rsidR="00CE36A2" w:rsidRDefault="007F3E63">
      <w:r>
        <w:t>• Other veterinary technician-related activities: __________________ hours</w:t>
      </w:r>
    </w:p>
    <w:p w14:paraId="3A38DE80" w14:textId="0368835F" w:rsidR="00CE36A2" w:rsidRDefault="007F3E63">
      <w:pPr>
        <w:pStyle w:val="Heading3"/>
      </w:pPr>
      <w:r>
        <w:t>Credentialed Veterinary Technician Information</w:t>
      </w:r>
    </w:p>
    <w:p w14:paraId="5B849526" w14:textId="77777777" w:rsidR="007F3E63" w:rsidRPr="007F3E63" w:rsidRDefault="007F3E63" w:rsidP="007F3E63"/>
    <w:p w14:paraId="32BCBA1B" w14:textId="77777777" w:rsidR="00CE36A2" w:rsidRDefault="007F3E63">
      <w:r>
        <w:t>Name: ______________________________________________</w:t>
      </w:r>
    </w:p>
    <w:p w14:paraId="0D3C5CFA" w14:textId="77777777" w:rsidR="00CE36A2" w:rsidRDefault="007F3E63">
      <w:r>
        <w:t>Credential (LVT/CVT</w:t>
      </w:r>
      <w:r>
        <w:t>/RVT): _____________________________</w:t>
      </w:r>
    </w:p>
    <w:p w14:paraId="0792CB23" w14:textId="77777777" w:rsidR="00CE36A2" w:rsidRDefault="007F3E63">
      <w:r>
        <w:t>Facility Name: _______________________________________</w:t>
      </w:r>
    </w:p>
    <w:p w14:paraId="2587B9A9" w14:textId="77777777" w:rsidR="00CE36A2" w:rsidRDefault="007F3E63">
      <w:r>
        <w:t>Address: ____________________________________________</w:t>
      </w:r>
    </w:p>
    <w:p w14:paraId="62EA47DB" w14:textId="77777777" w:rsidR="00CE36A2" w:rsidRDefault="007F3E63">
      <w:r>
        <w:t xml:space="preserve">Telephone: </w:t>
      </w:r>
      <w:r>
        <w:t>__________________________________________</w:t>
      </w:r>
    </w:p>
    <w:p w14:paraId="50D396FE" w14:textId="77777777" w:rsidR="00CE36A2" w:rsidRDefault="007F3E63">
      <w:pPr>
        <w:pStyle w:val="Heading3"/>
      </w:pPr>
      <w:r>
        <w:t>Comments</w:t>
      </w:r>
    </w:p>
    <w:p w14:paraId="60546078" w14:textId="0AA780B7" w:rsidR="00CE36A2" w:rsidRDefault="007F3E63">
      <w:r>
        <w:br/>
      </w:r>
      <w:r>
        <w:t>_________________________________________________________________________________________________________</w:t>
      </w:r>
    </w:p>
    <w:p w14:paraId="2005BF67" w14:textId="348C3F63" w:rsidR="00CE36A2" w:rsidRDefault="007F3E63">
      <w:r>
        <w:t>_________________________________________________________________________________________________________</w:t>
      </w:r>
    </w:p>
    <w:p w14:paraId="178C83CC" w14:textId="77777777" w:rsidR="00CE36A2" w:rsidRDefault="007F3E63">
      <w:r>
        <w:t>Signature of Credentialed Veterinary Technician: __________________________</w:t>
      </w:r>
    </w:p>
    <w:p w14:paraId="04A8F77D" w14:textId="77777777" w:rsidR="00CE36A2" w:rsidRDefault="007F3E63">
      <w:r>
        <w:t>Date</w:t>
      </w:r>
      <w:r>
        <w:t>: __________________</w:t>
      </w:r>
    </w:p>
    <w:p w14:paraId="612B29BC" w14:textId="77777777" w:rsidR="00CE36A2" w:rsidRDefault="007F3E63">
      <w:r>
        <w:t>Please return to: Genesee Community College Veterinary Technology Program, One College Road, Batavia, NY 14020</w:t>
      </w:r>
    </w:p>
    <w:sectPr w:rsidR="00CE36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0672661">
    <w:abstractNumId w:val="8"/>
  </w:num>
  <w:num w:numId="2" w16cid:durableId="1411073092">
    <w:abstractNumId w:val="6"/>
  </w:num>
  <w:num w:numId="3" w16cid:durableId="2008633259">
    <w:abstractNumId w:val="5"/>
  </w:num>
  <w:num w:numId="4" w16cid:durableId="619335026">
    <w:abstractNumId w:val="4"/>
  </w:num>
  <w:num w:numId="5" w16cid:durableId="2127653397">
    <w:abstractNumId w:val="7"/>
  </w:num>
  <w:num w:numId="6" w16cid:durableId="1141582527">
    <w:abstractNumId w:val="3"/>
  </w:num>
  <w:num w:numId="7" w16cid:durableId="272590929">
    <w:abstractNumId w:val="2"/>
  </w:num>
  <w:num w:numId="8" w16cid:durableId="607079614">
    <w:abstractNumId w:val="1"/>
  </w:num>
  <w:num w:numId="9" w16cid:durableId="109362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F3E63"/>
    <w:rsid w:val="00AA1D8D"/>
    <w:rsid w:val="00B47730"/>
    <w:rsid w:val="00CB0664"/>
    <w:rsid w:val="00CE36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753352"/>
  <w14:defaultImageDpi w14:val="300"/>
  <w15:docId w15:val="{F0CB32F8-0378-4C57-B466-F7DF120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2B6DC8F95684E85C4BB5E12972253" ma:contentTypeVersion="18" ma:contentTypeDescription="Create a new document." ma:contentTypeScope="" ma:versionID="1cbb2c554b3cbe653f847d1b16538fba">
  <xsd:schema xmlns:xsd="http://www.w3.org/2001/XMLSchema" xmlns:xs="http://www.w3.org/2001/XMLSchema" xmlns:p="http://schemas.microsoft.com/office/2006/metadata/properties" xmlns:ns2="731fe083-d070-4dd8-b5d2-7644c754e369" xmlns:ns3="4236fbc7-18e5-4e15-9dc4-9951d5ecdce5" targetNamespace="http://schemas.microsoft.com/office/2006/metadata/properties" ma:root="true" ma:fieldsID="ab8027929c707d6865bb29ae0101b00a" ns2:_="" ns3:_="">
    <xsd:import namespace="731fe083-d070-4dd8-b5d2-7644c754e369"/>
    <xsd:import namespace="4236fbc7-18e5-4e15-9dc4-9951d5ecdc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fe083-d070-4dd8-b5d2-7644c754e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065f4c-83c4-4511-bccd-f8f3f09a3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6fbc7-18e5-4e15-9dc4-9951d5ecdc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1ce214-30e1-47f5-8829-2813a06cf5ec}" ma:internalName="TaxCatchAll" ma:showField="CatchAllData" ma:web="4236fbc7-18e5-4e15-9dc4-9951d5ecdc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fe083-d070-4dd8-b5d2-7644c754e369">
      <Terms xmlns="http://schemas.microsoft.com/office/infopath/2007/PartnerControls"/>
    </lcf76f155ced4ddcb4097134ff3c332f>
    <TaxCatchAll xmlns="4236fbc7-18e5-4e15-9dc4-9951d5ecdce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37C5E-D3C9-41BC-894C-3127D86F68FC}"/>
</file>

<file path=customXml/itemProps3.xml><?xml version="1.0" encoding="utf-8"?>
<ds:datastoreItem xmlns:ds="http://schemas.openxmlformats.org/officeDocument/2006/customXml" ds:itemID="{407041EF-6C06-4F96-AD18-458D6DD6D5EB}"/>
</file>

<file path=customXml/itemProps4.xml><?xml version="1.0" encoding="utf-8"?>
<ds:datastoreItem xmlns:ds="http://schemas.openxmlformats.org/officeDocument/2006/customXml" ds:itemID="{15C7DD84-2949-4379-9856-5D5AC3A991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Ortel, Stephanie</cp:lastModifiedBy>
  <cp:revision>2</cp:revision>
  <dcterms:created xsi:type="dcterms:W3CDTF">2026-06-05T13:07:00Z</dcterms:created>
  <dcterms:modified xsi:type="dcterms:W3CDTF">2026-06-05T13:07:00Z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0x0101006892B6DC8F95684E85C4BB5E12972253</vt:lpwstr>
  </property>
</Properties>
</file>